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KIP Interfaces — Documentation Inventory v0.1.46</w:t>
      </w:r>
    </w:p>
    <w:p>
      <w:r>
        <w:t>Status: development; not accepted. Current version is 0.1.45. Historical records are preserved unchanged.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752"/>
        <w:gridCol w:w="4752"/>
      </w:tblGrid>
      <w:tr>
        <w:tc>
          <w:tcPr>
            <w:tcW w:type="dxa" w:w="4752"/>
          </w:tcPr>
          <w:p>
            <w:r>
              <w:t>File</w:t>
            </w:r>
          </w:p>
        </w:tc>
        <w:tc>
          <w:tcPr>
            <w:tcW w:type="dxa" w:w="4752"/>
          </w:tcPr>
          <w:p>
            <w:r>
              <w:t>Classification</w:t>
            </w:r>
          </w:p>
        </w:tc>
      </w:tr>
      <w:tr>
        <w:tc>
          <w:tcPr>
            <w:tcW w:type="dxa" w:w="4752"/>
          </w:tcPr>
          <w:p>
            <w:r>
              <w:t>AI-API-Reference.docx</w:t>
            </w:r>
          </w:p>
        </w:tc>
        <w:tc>
          <w:tcPr>
            <w:tcW w:type="dxa" w:w="4752"/>
          </w:tcPr>
          <w:p>
            <w:r>
              <w:t>Current source or rendition (development)</w:t>
            </w:r>
          </w:p>
        </w:tc>
      </w:tr>
      <w:tr>
        <w:tc>
          <w:tcPr>
            <w:tcW w:type="dxa" w:w="4752"/>
          </w:tcPr>
          <w:p>
            <w:r>
              <w:t>AI-API-Reference.html</w:t>
            </w:r>
          </w:p>
        </w:tc>
        <w:tc>
          <w:tcPr>
            <w:tcW w:type="dxa" w:w="4752"/>
          </w:tcPr>
          <w:p>
            <w:r>
              <w:t>Current source or rendition (development)</w:t>
            </w:r>
          </w:p>
        </w:tc>
      </w:tr>
      <w:tr>
        <w:tc>
          <w:tcPr>
            <w:tcW w:type="dxa" w:w="4752"/>
          </w:tcPr>
          <w:p>
            <w:r>
              <w:t>AI-API-Reference.md</w:t>
            </w:r>
          </w:p>
        </w:tc>
        <w:tc>
          <w:tcPr>
            <w:tcW w:type="dxa" w:w="4752"/>
          </w:tcPr>
          <w:p>
            <w:r>
              <w:t>Current source or rendition (development)</w:t>
            </w:r>
          </w:p>
        </w:tc>
      </w:tr>
      <w:tr>
        <w:tc>
          <w:tcPr>
            <w:tcW w:type="dxa" w:w="4752"/>
          </w:tcPr>
          <w:p>
            <w:r>
              <w:t>AI-API-v0.1.23.md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AI-API-v0.1.24.md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Administrator-Guide.docx</w:t>
            </w:r>
          </w:p>
        </w:tc>
        <w:tc>
          <w:tcPr>
            <w:tcW w:type="dxa" w:w="4752"/>
          </w:tcPr>
          <w:p>
            <w:r>
              <w:t>Current source or rendition (development)</w:t>
            </w:r>
          </w:p>
        </w:tc>
      </w:tr>
      <w:tr>
        <w:tc>
          <w:tcPr>
            <w:tcW w:type="dxa" w:w="4752"/>
          </w:tcPr>
          <w:p>
            <w:r>
              <w:t>Administrator-Guide.html</w:t>
            </w:r>
          </w:p>
        </w:tc>
        <w:tc>
          <w:tcPr>
            <w:tcW w:type="dxa" w:w="4752"/>
          </w:tcPr>
          <w:p>
            <w:r>
              <w:t>Current source or rendition (development)</w:t>
            </w:r>
          </w:p>
        </w:tc>
      </w:tr>
      <w:tr>
        <w:tc>
          <w:tcPr>
            <w:tcW w:type="dxa" w:w="4752"/>
          </w:tcPr>
          <w:p>
            <w:r>
              <w:t>Administrator-Guide.md</w:t>
            </w:r>
          </w:p>
        </w:tc>
        <w:tc>
          <w:tcPr>
            <w:tcW w:type="dxa" w:w="4752"/>
          </w:tcPr>
          <w:p>
            <w:r>
              <w:t>Current source or rendition (development)</w:t>
            </w:r>
          </w:p>
        </w:tc>
      </w:tr>
      <w:tr>
        <w:tc>
          <w:tcPr>
            <w:tcW w:type="dxa" w:w="4752"/>
          </w:tcPr>
          <w:p>
            <w:r>
              <w:t>Checkpoint12-Documentation-Progress.md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Continuity-Verification-Matrix-v0.1.41.docx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Continuity-Verification-Matrix-v0.1.41.html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Continuity-Verification-Matrix-v0.1.41.md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Continuity-Verification-Matrix-v0.1.44.docx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Continuity-Verification-Matrix-v0.1.44.html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Continuity-Verification-Matrix-v0.1.44.md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Continuity-Verification-Matrix-v0.1.46.docx</w:t>
            </w:r>
          </w:p>
        </w:tc>
        <w:tc>
          <w:tcPr>
            <w:tcW w:type="dxa" w:w="4752"/>
          </w:tcPr>
          <w:p>
            <w:r>
              <w:t>Current development</w:t>
            </w:r>
          </w:p>
        </w:tc>
      </w:tr>
      <w:tr>
        <w:tc>
          <w:tcPr>
            <w:tcW w:type="dxa" w:w="4752"/>
          </w:tcPr>
          <w:p>
            <w:r>
              <w:t>Continuity-Verification-Matrix-v0.1.46.html</w:t>
            </w:r>
          </w:p>
        </w:tc>
        <w:tc>
          <w:tcPr>
            <w:tcW w:type="dxa" w:w="4752"/>
          </w:tcPr>
          <w:p>
            <w:r>
              <w:t>Current development</w:t>
            </w:r>
          </w:p>
        </w:tc>
      </w:tr>
      <w:tr>
        <w:tc>
          <w:tcPr>
            <w:tcW w:type="dxa" w:w="4752"/>
          </w:tcPr>
          <w:p>
            <w:r>
              <w:t>Continuity-Verification-Matrix-v0.1.46.md</w:t>
            </w:r>
          </w:p>
        </w:tc>
        <w:tc>
          <w:tcPr>
            <w:tcW w:type="dxa" w:w="4752"/>
          </w:tcPr>
          <w:p>
            <w:r>
              <w:t>Current development</w:t>
            </w:r>
          </w:p>
        </w:tc>
      </w:tr>
      <w:tr>
        <w:tc>
          <w:tcPr>
            <w:tcW w:type="dxa" w:w="4752"/>
          </w:tcPr>
          <w:p>
            <w:r>
              <w:t>Deployment-Lineage-v0.1.43.docx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Deployment-Lineage-v0.1.43.html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Deployment-Lineage-v0.1.43.md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Development-Backlog.docx</w:t>
            </w:r>
          </w:p>
        </w:tc>
        <w:tc>
          <w:tcPr>
            <w:tcW w:type="dxa" w:w="4752"/>
          </w:tcPr>
          <w:p>
            <w:r>
              <w:t>Current source or rendition (development)</w:t>
            </w:r>
          </w:p>
        </w:tc>
      </w:tr>
      <w:tr>
        <w:tc>
          <w:tcPr>
            <w:tcW w:type="dxa" w:w="4752"/>
          </w:tcPr>
          <w:p>
            <w:r>
              <w:t>Development-Backlog.html</w:t>
            </w:r>
          </w:p>
        </w:tc>
        <w:tc>
          <w:tcPr>
            <w:tcW w:type="dxa" w:w="4752"/>
          </w:tcPr>
          <w:p>
            <w:r>
              <w:t>Current source or rendition (development)</w:t>
            </w:r>
          </w:p>
        </w:tc>
      </w:tr>
      <w:tr>
        <w:tc>
          <w:tcPr>
            <w:tcW w:type="dxa" w:w="4752"/>
          </w:tcPr>
          <w:p>
            <w:r>
              <w:t>Development-Backlog.md</w:t>
            </w:r>
          </w:p>
        </w:tc>
        <w:tc>
          <w:tcPr>
            <w:tcW w:type="dxa" w:w="4752"/>
          </w:tcPr>
          <w:p>
            <w:r>
              <w:t>Current source or rendition (development)</w:t>
            </w:r>
          </w:p>
        </w:tc>
      </w:tr>
      <w:tr>
        <w:tc>
          <w:tcPr>
            <w:tcW w:type="dxa" w:w="4752"/>
          </w:tcPr>
          <w:p>
            <w:r>
              <w:t>Development-Continuity-Baseline-v0.1.41.docx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Development-Continuity-Baseline-v0.1.41.html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Development-Continuity-Baseline-v0.1.41.md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Development-Continuity-Baseline-v0.1.44.docx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Development-Continuity-Baseline-v0.1.44.html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Development-Continuity-Baseline-v0.1.44.md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Development-Continuity-Baseline-v0.1.46.docx</w:t>
            </w:r>
          </w:p>
        </w:tc>
        <w:tc>
          <w:tcPr>
            <w:tcW w:type="dxa" w:w="4752"/>
          </w:tcPr>
          <w:p>
            <w:r>
              <w:t>Current development</w:t>
            </w:r>
          </w:p>
        </w:tc>
      </w:tr>
      <w:tr>
        <w:tc>
          <w:tcPr>
            <w:tcW w:type="dxa" w:w="4752"/>
          </w:tcPr>
          <w:p>
            <w:r>
              <w:t>Development-Continuity-Baseline-v0.1.46.html</w:t>
            </w:r>
          </w:p>
        </w:tc>
        <w:tc>
          <w:tcPr>
            <w:tcW w:type="dxa" w:w="4752"/>
          </w:tcPr>
          <w:p>
            <w:r>
              <w:t>Current development</w:t>
            </w:r>
          </w:p>
        </w:tc>
      </w:tr>
      <w:tr>
        <w:tc>
          <w:tcPr>
            <w:tcW w:type="dxa" w:w="4752"/>
          </w:tcPr>
          <w:p>
            <w:r>
              <w:t>Development-Continuity-Baseline-v0.1.46.md</w:t>
            </w:r>
          </w:p>
        </w:tc>
        <w:tc>
          <w:tcPr>
            <w:tcW w:type="dxa" w:w="4752"/>
          </w:tcPr>
          <w:p>
            <w:r>
              <w:t>Current development</w:t>
            </w:r>
          </w:p>
        </w:tc>
      </w:tr>
      <w:tr>
        <w:tc>
          <w:tcPr>
            <w:tcW w:type="dxa" w:w="4752"/>
          </w:tcPr>
          <w:p>
            <w:r>
              <w:t>Development-Handoff-Historical-v0.1.40.md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Development-Handoff.docx</w:t>
            </w:r>
          </w:p>
        </w:tc>
        <w:tc>
          <w:tcPr>
            <w:tcW w:type="dxa" w:w="4752"/>
          </w:tcPr>
          <w:p>
            <w:r>
              <w:t>Current source or rendition (development)</w:t>
            </w:r>
          </w:p>
        </w:tc>
      </w:tr>
      <w:tr>
        <w:tc>
          <w:tcPr>
            <w:tcW w:type="dxa" w:w="4752"/>
          </w:tcPr>
          <w:p>
            <w:r>
              <w:t>Development-Handoff.html</w:t>
            </w:r>
          </w:p>
        </w:tc>
        <w:tc>
          <w:tcPr>
            <w:tcW w:type="dxa" w:w="4752"/>
          </w:tcPr>
          <w:p>
            <w:r>
              <w:t>Current source or rendition (development)</w:t>
            </w:r>
          </w:p>
        </w:tc>
      </w:tr>
      <w:tr>
        <w:tc>
          <w:tcPr>
            <w:tcW w:type="dxa" w:w="4752"/>
          </w:tcPr>
          <w:p>
            <w:r>
              <w:t>Development-Handoff.md</w:t>
            </w:r>
          </w:p>
        </w:tc>
        <w:tc>
          <w:tcPr>
            <w:tcW w:type="dxa" w:w="4752"/>
          </w:tcPr>
          <w:p>
            <w:r>
              <w:t>Current source or rendition (development)</w:t>
            </w:r>
          </w:p>
        </w:tc>
      </w:tr>
      <w:tr>
        <w:tc>
          <w:tcPr>
            <w:tcW w:type="dxa" w:w="4752"/>
          </w:tcPr>
          <w:p>
            <w:r>
              <w:t>Development-Plan.docx</w:t>
            </w:r>
          </w:p>
        </w:tc>
        <w:tc>
          <w:tcPr>
            <w:tcW w:type="dxa" w:w="4752"/>
          </w:tcPr>
          <w:p>
            <w:r>
              <w:t>Current source or rendition (development)</w:t>
            </w:r>
          </w:p>
        </w:tc>
      </w:tr>
      <w:tr>
        <w:tc>
          <w:tcPr>
            <w:tcW w:type="dxa" w:w="4752"/>
          </w:tcPr>
          <w:p>
            <w:r>
              <w:t>Development-Plan.html</w:t>
            </w:r>
          </w:p>
        </w:tc>
        <w:tc>
          <w:tcPr>
            <w:tcW w:type="dxa" w:w="4752"/>
          </w:tcPr>
          <w:p>
            <w:r>
              <w:t>Current source or rendition (development)</w:t>
            </w:r>
          </w:p>
        </w:tc>
      </w:tr>
      <w:tr>
        <w:tc>
          <w:tcPr>
            <w:tcW w:type="dxa" w:w="4752"/>
          </w:tcPr>
          <w:p>
            <w:r>
              <w:t>Development-Plan.md</w:t>
            </w:r>
          </w:p>
        </w:tc>
        <w:tc>
          <w:tcPr>
            <w:tcW w:type="dxa" w:w="4752"/>
          </w:tcPr>
          <w:p>
            <w:r>
              <w:t>Current source or rendition (development)</w:t>
            </w:r>
          </w:p>
        </w:tc>
      </w:tr>
      <w:tr>
        <w:tc>
          <w:tcPr>
            <w:tcW w:type="dxa" w:w="4752"/>
          </w:tcPr>
          <w:p>
            <w:r>
              <w:t>Document-Link-Audit-v0.1.39.json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Document-Link-Audit-v0.1.40.json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Document-Link-Audit-v0.1.41.json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Document-Link-Audit-v0.1.42.json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Document-Link-Audit-v0.1.43.json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Document-Link-Audit-v0.1.44.json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Documentation-Audit-v0.1.34.html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Documentation-Audit-v0.1.34.json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Documentation-Audit-v0.1.36.html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Documentation-Audit-v0.1.36.json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Documentation-Audit-v0.1.37.html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Documentation-Audit-v0.1.37.json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Documentation-Audit-v0.1.38.html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Documentation-Audit-v0.1.38.json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Documentation-Audit-v0.1.39.json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Documentation-Audit-v0.1.40.docx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Documentation-Audit-v0.1.40.html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Documentation-Audit-v0.1.40.json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Documentation-Audit-v0.1.40.md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Documentation-Audit-v0.1.41.docx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Documentation-Audit-v0.1.41.html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Documentation-Audit-v0.1.41.json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Documentation-Audit-v0.1.41.md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Documentation-Audit-v0.1.42.docx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Documentation-Audit-v0.1.42.html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Documentation-Audit-v0.1.42.json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Documentation-Audit-v0.1.42.md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Documentation-Audit-v0.1.43.docx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Documentation-Audit-v0.1.43.html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Documentation-Audit-v0.1.43.json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Documentation-Audit-v0.1.43.md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Documentation-Audit-v0.1.44.docx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Documentation-Audit-v0.1.44.html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Documentation-Audit-v0.1.44.json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Documentation-Audit-v0.1.44.md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Documentation-Audit-v0.1.46.docx</w:t>
            </w:r>
          </w:p>
        </w:tc>
        <w:tc>
          <w:tcPr>
            <w:tcW w:type="dxa" w:w="4752"/>
          </w:tcPr>
          <w:p>
            <w:r>
              <w:t>Current development</w:t>
            </w:r>
          </w:p>
        </w:tc>
      </w:tr>
      <w:tr>
        <w:tc>
          <w:tcPr>
            <w:tcW w:type="dxa" w:w="4752"/>
          </w:tcPr>
          <w:p>
            <w:r>
              <w:t>Documentation-Audit-v0.1.46.html</w:t>
            </w:r>
          </w:p>
        </w:tc>
        <w:tc>
          <w:tcPr>
            <w:tcW w:type="dxa" w:w="4752"/>
          </w:tcPr>
          <w:p>
            <w:r>
              <w:t>Current development</w:t>
            </w:r>
          </w:p>
        </w:tc>
      </w:tr>
      <w:tr>
        <w:tc>
          <w:tcPr>
            <w:tcW w:type="dxa" w:w="4752"/>
          </w:tcPr>
          <w:p>
            <w:r>
              <w:t>Documentation-Audit-v0.1.46.md</w:t>
            </w:r>
          </w:p>
        </w:tc>
        <w:tc>
          <w:tcPr>
            <w:tcW w:type="dxa" w:w="4752"/>
          </w:tcPr>
          <w:p>
            <w:r>
              <w:t>Current development</w:t>
            </w:r>
          </w:p>
        </w:tc>
      </w:tr>
      <w:tr>
        <w:tc>
          <w:tcPr>
            <w:tcW w:type="dxa" w:w="4752"/>
          </w:tcPr>
          <w:p>
            <w:r>
              <w:t>Documentation-Discrepancy-Review-v0.1.41.json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Documentation-Inventory-v0.1.44.docx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Documentation-Inventory-v0.1.44.html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Documentation-Inventory-v0.1.44.md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Documentation-Inventory-v0.1.46.docx</w:t>
            </w:r>
          </w:p>
        </w:tc>
        <w:tc>
          <w:tcPr>
            <w:tcW w:type="dxa" w:w="4752"/>
          </w:tcPr>
          <w:p>
            <w:r>
              <w:t>Current development</w:t>
            </w:r>
          </w:p>
        </w:tc>
      </w:tr>
      <w:tr>
        <w:tc>
          <w:tcPr>
            <w:tcW w:type="dxa" w:w="4752"/>
          </w:tcPr>
          <w:p>
            <w:r>
              <w:t>Documentation-Inventory-v0.1.46.html</w:t>
            </w:r>
          </w:p>
        </w:tc>
        <w:tc>
          <w:tcPr>
            <w:tcW w:type="dxa" w:w="4752"/>
          </w:tcPr>
          <w:p>
            <w:r>
              <w:t>Current development</w:t>
            </w:r>
          </w:p>
        </w:tc>
      </w:tr>
      <w:tr>
        <w:tc>
          <w:tcPr>
            <w:tcW w:type="dxa" w:w="4752"/>
          </w:tcPr>
          <w:p>
            <w:r>
              <w:t>Documentation-Reconciliation-Report-v0.1.46.docx</w:t>
            </w:r>
          </w:p>
        </w:tc>
        <w:tc>
          <w:tcPr>
            <w:tcW w:type="dxa" w:w="4752"/>
          </w:tcPr>
          <w:p>
            <w:r>
              <w:t>Current development</w:t>
            </w:r>
          </w:p>
        </w:tc>
      </w:tr>
      <w:tr>
        <w:tc>
          <w:tcPr>
            <w:tcW w:type="dxa" w:w="4752"/>
          </w:tcPr>
          <w:p>
            <w:r>
              <w:t>Documentation-Reconciliation-Report-v0.1.46.html</w:t>
            </w:r>
          </w:p>
        </w:tc>
        <w:tc>
          <w:tcPr>
            <w:tcW w:type="dxa" w:w="4752"/>
          </w:tcPr>
          <w:p>
            <w:r>
              <w:t>Current development</w:t>
            </w:r>
          </w:p>
        </w:tc>
      </w:tr>
      <w:tr>
        <w:tc>
          <w:tcPr>
            <w:tcW w:type="dxa" w:w="4752"/>
          </w:tcPr>
          <w:p>
            <w:r>
              <w:t>Documentation-Reconciliation-Report-v0.1.46.md</w:t>
            </w:r>
          </w:p>
        </w:tc>
        <w:tc>
          <w:tcPr>
            <w:tcW w:type="dxa" w:w="4752"/>
          </w:tcPr>
          <w:p>
            <w:r>
              <w:t>Current development</w:t>
            </w:r>
          </w:p>
        </w:tc>
      </w:tr>
      <w:tr>
        <w:tc>
          <w:tcPr>
            <w:tcW w:type="dxa" w:w="4752"/>
          </w:tcPr>
          <w:p>
            <w:r>
              <w:t>Documentation-Traceability.json</w:t>
            </w:r>
          </w:p>
        </w:tc>
        <w:tc>
          <w:tcPr>
            <w:tcW w:type="dxa" w:w="4752"/>
          </w:tcPr>
          <w:p>
            <w:r>
              <w:t>Supporting audit evidence; not semantic acceptance</w:t>
            </w:r>
          </w:p>
        </w:tc>
      </w:tr>
      <w:tr>
        <w:tc>
          <w:tcPr>
            <w:tcW w:type="dxa" w:w="4752"/>
          </w:tcPr>
          <w:p>
            <w:r>
              <w:t>Functional-Specification.docx</w:t>
            </w:r>
          </w:p>
        </w:tc>
        <w:tc>
          <w:tcPr>
            <w:tcW w:type="dxa" w:w="4752"/>
          </w:tcPr>
          <w:p>
            <w:r>
              <w:t>Current source or rendition (development)</w:t>
            </w:r>
          </w:p>
        </w:tc>
      </w:tr>
      <w:tr>
        <w:tc>
          <w:tcPr>
            <w:tcW w:type="dxa" w:w="4752"/>
          </w:tcPr>
          <w:p>
            <w:r>
              <w:t>Functional-Specification.html</w:t>
            </w:r>
          </w:p>
        </w:tc>
        <w:tc>
          <w:tcPr>
            <w:tcW w:type="dxa" w:w="4752"/>
          </w:tcPr>
          <w:p>
            <w:r>
              <w:t>Current source or rendition (development)</w:t>
            </w:r>
          </w:p>
        </w:tc>
      </w:tr>
      <w:tr>
        <w:tc>
          <w:tcPr>
            <w:tcW w:type="dxa" w:w="4752"/>
          </w:tcPr>
          <w:p>
            <w:r>
              <w:t>Functional-Specification.md</w:t>
            </w:r>
          </w:p>
        </w:tc>
        <w:tc>
          <w:tcPr>
            <w:tcW w:type="dxa" w:w="4752"/>
          </w:tcPr>
          <w:p>
            <w:r>
              <w:t>Current source or rendition (development)</w:t>
            </w:r>
          </w:p>
        </w:tc>
      </w:tr>
      <w:tr>
        <w:tc>
          <w:tcPr>
            <w:tcW w:type="dxa" w:w="4752"/>
          </w:tcPr>
          <w:p>
            <w:r>
              <w:t>Installation-Updater-Guide.docx</w:t>
            </w:r>
          </w:p>
        </w:tc>
        <w:tc>
          <w:tcPr>
            <w:tcW w:type="dxa" w:w="4752"/>
          </w:tcPr>
          <w:p>
            <w:r>
              <w:t>Current source or rendition (development)</w:t>
            </w:r>
          </w:p>
        </w:tc>
      </w:tr>
      <w:tr>
        <w:tc>
          <w:tcPr>
            <w:tcW w:type="dxa" w:w="4752"/>
          </w:tcPr>
          <w:p>
            <w:r>
              <w:t>Installation-Updater-Guide.html</w:t>
            </w:r>
          </w:p>
        </w:tc>
        <w:tc>
          <w:tcPr>
            <w:tcW w:type="dxa" w:w="4752"/>
          </w:tcPr>
          <w:p>
            <w:r>
              <w:t>Current source or rendition (development)</w:t>
            </w:r>
          </w:p>
        </w:tc>
      </w:tr>
      <w:tr>
        <w:tc>
          <w:tcPr>
            <w:tcW w:type="dxa" w:w="4752"/>
          </w:tcPr>
          <w:p>
            <w:r>
              <w:t>Installation-Updater-Guide.md</w:t>
            </w:r>
          </w:p>
        </w:tc>
        <w:tc>
          <w:tcPr>
            <w:tcW w:type="dxa" w:w="4752"/>
          </w:tcPr>
          <w:p>
            <w:r>
              <w:t>Current source or rendition (development)</w:t>
            </w:r>
          </w:p>
        </w:tc>
      </w:tr>
      <w:tr>
        <w:tc>
          <w:tcPr>
            <w:tcW w:type="dxa" w:w="4752"/>
          </w:tcPr>
          <w:p>
            <w:r>
              <w:t>Integration-Specification.docx</w:t>
            </w:r>
          </w:p>
        </w:tc>
        <w:tc>
          <w:tcPr>
            <w:tcW w:type="dxa" w:w="4752"/>
          </w:tcPr>
          <w:p>
            <w:r>
              <w:t>Current source or rendition (development)</w:t>
            </w:r>
          </w:p>
        </w:tc>
      </w:tr>
      <w:tr>
        <w:tc>
          <w:tcPr>
            <w:tcW w:type="dxa" w:w="4752"/>
          </w:tcPr>
          <w:p>
            <w:r>
              <w:t>Integration-Specification.html</w:t>
            </w:r>
          </w:p>
        </w:tc>
        <w:tc>
          <w:tcPr>
            <w:tcW w:type="dxa" w:w="4752"/>
          </w:tcPr>
          <w:p>
            <w:r>
              <w:t>Current source or rendition (development)</w:t>
            </w:r>
          </w:p>
        </w:tc>
      </w:tr>
      <w:tr>
        <w:tc>
          <w:tcPr>
            <w:tcW w:type="dxa" w:w="4752"/>
          </w:tcPr>
          <w:p>
            <w:r>
              <w:t>Package-Backlog-Register-v0.1.41.docx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Package-Backlog-Register-v0.1.41.html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Package-Backlog-Register-v0.1.41.md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Package-Backlog-Register-v0.1.44.docx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Package-Backlog-Register-v0.1.44.html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Package-Backlog-Register-v0.1.44.md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Package-Backlog-Register-v0.1.46.docx</w:t>
            </w:r>
          </w:p>
        </w:tc>
        <w:tc>
          <w:tcPr>
            <w:tcW w:type="dxa" w:w="4752"/>
          </w:tcPr>
          <w:p>
            <w:r>
              <w:t>Current development</w:t>
            </w:r>
          </w:p>
        </w:tc>
      </w:tr>
      <w:tr>
        <w:tc>
          <w:tcPr>
            <w:tcW w:type="dxa" w:w="4752"/>
          </w:tcPr>
          <w:p>
            <w:r>
              <w:t>Package-Backlog-Register-v0.1.46.html</w:t>
            </w:r>
          </w:p>
        </w:tc>
        <w:tc>
          <w:tcPr>
            <w:tcW w:type="dxa" w:w="4752"/>
          </w:tcPr>
          <w:p>
            <w:r>
              <w:t>Current development</w:t>
            </w:r>
          </w:p>
        </w:tc>
      </w:tr>
      <w:tr>
        <w:tc>
          <w:tcPr>
            <w:tcW w:type="dxa" w:w="4752"/>
          </w:tcPr>
          <w:p>
            <w:r>
              <w:t>Package-Backlog-Register-v0.1.46.md</w:t>
            </w:r>
          </w:p>
        </w:tc>
        <w:tc>
          <w:tcPr>
            <w:tcW w:type="dxa" w:w="4752"/>
          </w:tcPr>
          <w:p>
            <w:r>
              <w:t>Current development</w:t>
            </w:r>
          </w:p>
        </w:tc>
      </w:tr>
      <w:tr>
        <w:tc>
          <w:tcPr>
            <w:tcW w:type="dxa" w:w="4752"/>
          </w:tcPr>
          <w:p>
            <w:r>
              <w:t>Phase-3-Test-Report-v0.1.34.html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Proportionality-Requirements-v0.1.42.json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Proportionality-Review-v0.1.42.docx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Proportionality-Review-v0.1.42.html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Proportionality-Review-v0.1.42.md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Release-Gate-Development-Status-v0.1.41.md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Release-History.docx</w:t>
            </w:r>
          </w:p>
        </w:tc>
        <w:tc>
          <w:tcPr>
            <w:tcW w:type="dxa" w:w="4752"/>
          </w:tcPr>
          <w:p>
            <w:r>
              <w:t>Current source or rendition (development)</w:t>
            </w:r>
          </w:p>
        </w:tc>
      </w:tr>
      <w:tr>
        <w:tc>
          <w:tcPr>
            <w:tcW w:type="dxa" w:w="4752"/>
          </w:tcPr>
          <w:p>
            <w:r>
              <w:t>Release-History.html</w:t>
            </w:r>
          </w:p>
        </w:tc>
        <w:tc>
          <w:tcPr>
            <w:tcW w:type="dxa" w:w="4752"/>
          </w:tcPr>
          <w:p>
            <w:r>
              <w:t>Current source or rendition (development)</w:t>
            </w:r>
          </w:p>
        </w:tc>
      </w:tr>
      <w:tr>
        <w:tc>
          <w:tcPr>
            <w:tcW w:type="dxa" w:w="4752"/>
          </w:tcPr>
          <w:p>
            <w:r>
              <w:t>Release-History.md</w:t>
            </w:r>
          </w:p>
        </w:tc>
        <w:tc>
          <w:tcPr>
            <w:tcW w:type="dxa" w:w="4752"/>
          </w:tcPr>
          <w:p>
            <w:r>
              <w:t>Current source or rendition (development)</w:t>
            </w:r>
          </w:p>
        </w:tc>
      </w:tr>
      <w:tr>
        <w:tc>
          <w:tcPr>
            <w:tcW w:type="dxa" w:w="4752"/>
          </w:tcPr>
          <w:p>
            <w:r>
              <w:t>Release-Notes-v0.1.31.md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Release-Notes-v0.1.32.md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Release-Notes-v0.1.33.md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Release-Notes-v0.1.34.md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Release-Notes-v0.1.36.docx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Release-Notes-v0.1.36.html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Release-Notes-v0.1.36.md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Release-Notes-v0.1.37.docx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Release-Notes-v0.1.37.html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Release-Notes-v0.1.37.md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Release-Notes-v0.1.38.docx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Release-Notes-v0.1.38.html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Release-Notes-v0.1.38.md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Release-Notes-v0.1.39.docx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Release-Notes-v0.1.39.html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Release-Notes-v0.1.39.md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Release-Notes-v0.1.40.docx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Release-Notes-v0.1.40.html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Release-Notes-v0.1.40.md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Release-Notes-v0.1.41.docx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Release-Notes-v0.1.41.html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Release-Notes-v0.1.41.md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Release-Notes-v0.1.42.docx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Release-Notes-v0.1.42.html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Release-Notes-v0.1.42.md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Release-Notes-v0.1.43.docx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Release-Notes-v0.1.43.html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Release-Notes-v0.1.43.md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Release-Notes-v0.1.44.docx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Release-Notes-v0.1.44.html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Release-Notes-v0.1.44.md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Release-Notes-v0.1.46.docx</w:t>
            </w:r>
          </w:p>
        </w:tc>
        <w:tc>
          <w:tcPr>
            <w:tcW w:type="dxa" w:w="4752"/>
          </w:tcPr>
          <w:p>
            <w:r>
              <w:t>Current development</w:t>
            </w:r>
          </w:p>
        </w:tc>
      </w:tr>
      <w:tr>
        <w:tc>
          <w:tcPr>
            <w:tcW w:type="dxa" w:w="4752"/>
          </w:tcPr>
          <w:p>
            <w:r>
              <w:t>Release-Notes-v0.1.46.html</w:t>
            </w:r>
          </w:p>
        </w:tc>
        <w:tc>
          <w:tcPr>
            <w:tcW w:type="dxa" w:w="4752"/>
          </w:tcPr>
          <w:p>
            <w:r>
              <w:t>Current development</w:t>
            </w:r>
          </w:p>
        </w:tc>
      </w:tr>
      <w:tr>
        <w:tc>
          <w:tcPr>
            <w:tcW w:type="dxa" w:w="4752"/>
          </w:tcPr>
          <w:p>
            <w:r>
              <w:t>Release-Notes-v0.1.46.md</w:t>
            </w:r>
          </w:p>
        </w:tc>
        <w:tc>
          <w:tcPr>
            <w:tcW w:type="dxa" w:w="4752"/>
          </w:tcPr>
          <w:p>
            <w:r>
              <w:t>Current development</w:t>
            </w:r>
          </w:p>
        </w:tc>
      </w:tr>
      <w:tr>
        <w:tc>
          <w:tcPr>
            <w:tcW w:type="dxa" w:w="4752"/>
          </w:tcPr>
          <w:p>
            <w:r>
              <w:t>Release-Specification.docx</w:t>
            </w:r>
          </w:p>
        </w:tc>
        <w:tc>
          <w:tcPr>
            <w:tcW w:type="dxa" w:w="4752"/>
          </w:tcPr>
          <w:p>
            <w:r>
              <w:t>Current source or rendition (development)</w:t>
            </w:r>
          </w:p>
        </w:tc>
      </w:tr>
      <w:tr>
        <w:tc>
          <w:tcPr>
            <w:tcW w:type="dxa" w:w="4752"/>
          </w:tcPr>
          <w:p>
            <w:r>
              <w:t>Release-Specification.html</w:t>
            </w:r>
          </w:p>
        </w:tc>
        <w:tc>
          <w:tcPr>
            <w:tcW w:type="dxa" w:w="4752"/>
          </w:tcPr>
          <w:p>
            <w:r>
              <w:t>Current source or rendition (development)</w:t>
            </w:r>
          </w:p>
        </w:tc>
      </w:tr>
      <w:tr>
        <w:tc>
          <w:tcPr>
            <w:tcW w:type="dxa" w:w="4752"/>
          </w:tcPr>
          <w:p>
            <w:r>
              <w:t>Release-Specification.md</w:t>
            </w:r>
          </w:p>
        </w:tc>
        <w:tc>
          <w:tcPr>
            <w:tcW w:type="dxa" w:w="4752"/>
          </w:tcPr>
          <w:p>
            <w:r>
              <w:t>Current source or rendition (development)</w:t>
            </w:r>
          </w:p>
        </w:tc>
      </w:tr>
      <w:tr>
        <w:tc>
          <w:tcPr>
            <w:tcW w:type="dxa" w:w="4752"/>
          </w:tcPr>
          <w:p>
            <w:r>
              <w:t>Release-Test-Report-v0.1.11.md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Release-Test-Report-v0.1.12.md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Release-Test-Report-v0.1.13.md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Release-Test-Report-v0.1.14.md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Release-Test-Report-v0.1.15.md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Release-Test-Report-v0.1.16.md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Release-Test-Report-v0.1.17.md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Release-Test-Report-v0.1.18.md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Release-Test-Report-v0.1.19.md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Release-Test-Report-v0.1.20.md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Release-Test-Report-v0.1.21.md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Release-Test-Report-v0.1.22.md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Release-Test-Report-v0.1.23.md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Release-Test-Report-v0.1.24.md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Release-Test-Report-v0.1.25.md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Release-Test-Report-v0.1.26.md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Release-Test-Report-v0.1.27.md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Release-Test-Report-v0.1.28.md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Release-Test-Report-v0.1.30.md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Release-Test-Report-v0.1.31.md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Release-Test-Report-v0.1.32.md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Release-Test-Report-v0.1.33.md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Release-Test-Report-v0.1.34.md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Release-Test-Report-v0.1.36.docx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Release-Test-Report-v0.1.36.html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Release-Test-Report-v0.1.36.json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Release-Test-Report-v0.1.36.md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Release-Test-Report-v0.1.37.docx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Release-Test-Report-v0.1.37.html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Release-Test-Report-v0.1.37.md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Release-Test-Report-v0.1.38.docx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Release-Test-Report-v0.1.38.html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Release-Test-Report-v0.1.38.md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Release-Test-Report-v0.1.39.docx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Release-Test-Report-v0.1.39.html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Release-Test-Report-v0.1.39.md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Release-Test-Report-v0.1.40.docx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Release-Test-Report-v0.1.40.html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Release-Test-Report-v0.1.40.md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Release-Test-Report-v0.1.41.docx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Release-Test-Report-v0.1.41.html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Release-Test-Report-v0.1.41.md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Release-Test-Report-v0.1.42.docx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Release-Test-Report-v0.1.42.html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Release-Test-Report-v0.1.42.md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Release-Test-Report-v0.1.43.docx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Release-Test-Report-v0.1.43.html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Release-Test-Report-v0.1.43.md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Release-Test-Report-v0.1.44.docx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Release-Test-Report-v0.1.44.html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Release-Test-Report-v0.1.44.md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Release-Test-Report-v0.1.46.docx</w:t>
            </w:r>
          </w:p>
        </w:tc>
        <w:tc>
          <w:tcPr>
            <w:tcW w:type="dxa" w:w="4752"/>
          </w:tcPr>
          <w:p>
            <w:r>
              <w:t>Current development</w:t>
            </w:r>
          </w:p>
        </w:tc>
      </w:tr>
      <w:tr>
        <w:tc>
          <w:tcPr>
            <w:tcW w:type="dxa" w:w="4752"/>
          </w:tcPr>
          <w:p>
            <w:r>
              <w:t>Release-Test-Report-v0.1.46.html</w:t>
            </w:r>
          </w:p>
        </w:tc>
        <w:tc>
          <w:tcPr>
            <w:tcW w:type="dxa" w:w="4752"/>
          </w:tcPr>
          <w:p>
            <w:r>
              <w:t>Current development</w:t>
            </w:r>
          </w:p>
        </w:tc>
      </w:tr>
      <w:tr>
        <w:tc>
          <w:tcPr>
            <w:tcW w:type="dxa" w:w="4752"/>
          </w:tcPr>
          <w:p>
            <w:r>
              <w:t>Release-Test-Report-v0.1.46.md</w:t>
            </w:r>
          </w:p>
        </w:tc>
        <w:tc>
          <w:tcPr>
            <w:tcW w:type="dxa" w:w="4752"/>
          </w:tcPr>
          <w:p>
            <w:r>
              <w:t>Current development</w:t>
            </w:r>
          </w:p>
        </w:tc>
      </w:tr>
      <w:tr>
        <w:tc>
          <w:tcPr>
            <w:tcW w:type="dxa" w:w="4752"/>
          </w:tcPr>
          <w:p>
            <w:r>
              <w:t>Requirements-Evidence-Inventory-v0.1.41.json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Requirements-Reconciliation-v0.1.41.docx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Requirements-Reconciliation-v0.1.41.html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Requirements-Reconciliation-v0.1.41.md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Requirements-and-Scope-v0.1.44.docx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Requirements-and-Scope-v0.1.44.html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Requirements-and-Scope-v0.1.44.md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Requirements-and-Scope-v0.1.46.docx</w:t>
            </w:r>
          </w:p>
        </w:tc>
        <w:tc>
          <w:tcPr>
            <w:tcW w:type="dxa" w:w="4752"/>
          </w:tcPr>
          <w:p>
            <w:r>
              <w:t>Current development</w:t>
            </w:r>
          </w:p>
        </w:tc>
      </w:tr>
      <w:tr>
        <w:tc>
          <w:tcPr>
            <w:tcW w:type="dxa" w:w="4752"/>
          </w:tcPr>
          <w:p>
            <w:r>
              <w:t>Requirements-and-Scope-v0.1.46.html</w:t>
            </w:r>
          </w:p>
        </w:tc>
        <w:tc>
          <w:tcPr>
            <w:tcW w:type="dxa" w:w="4752"/>
          </w:tcPr>
          <w:p>
            <w:r>
              <w:t>Current development</w:t>
            </w:r>
          </w:p>
        </w:tc>
      </w:tr>
      <w:tr>
        <w:tc>
          <w:tcPr>
            <w:tcW w:type="dxa" w:w="4752"/>
          </w:tcPr>
          <w:p>
            <w:r>
              <w:t>Requirements-and-Scope-v0.1.46.md</w:t>
            </w:r>
          </w:p>
        </w:tc>
        <w:tc>
          <w:tcPr>
            <w:tcW w:type="dxa" w:w="4752"/>
          </w:tcPr>
          <w:p>
            <w:r>
              <w:t>Current development</w:t>
            </w:r>
          </w:p>
        </w:tc>
      </w:tr>
      <w:tr>
        <w:tc>
          <w:tcPr>
            <w:tcW w:type="dxa" w:w="4752"/>
          </w:tcPr>
          <w:p>
            <w:r>
              <w:t>Source-Backed-Reconciliation-v0.1.41.md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Source-Change-Inventory-v0.1.41.json</w:t>
            </w:r>
          </w:p>
        </w:tc>
        <w:tc>
          <w:tcPr>
            <w:tcW w:type="dxa" w:w="4752"/>
          </w:tcPr>
          <w:p>
            <w:r>
              <w:t>Historical</w:t>
            </w:r>
          </w:p>
        </w:tc>
      </w:tr>
      <w:tr>
        <w:tc>
          <w:tcPr>
            <w:tcW w:type="dxa" w:w="4752"/>
          </w:tcPr>
          <w:p>
            <w:r>
              <w:t>System-Specification.docx</w:t>
            </w:r>
          </w:p>
        </w:tc>
        <w:tc>
          <w:tcPr>
            <w:tcW w:type="dxa" w:w="4752"/>
          </w:tcPr>
          <w:p>
            <w:r>
              <w:t>Current source or rendition (development)</w:t>
            </w:r>
          </w:p>
        </w:tc>
      </w:tr>
      <w:tr>
        <w:tc>
          <w:tcPr>
            <w:tcW w:type="dxa" w:w="4752"/>
          </w:tcPr>
          <w:p>
            <w:r>
              <w:t>System-Specification.html</w:t>
            </w:r>
          </w:p>
        </w:tc>
        <w:tc>
          <w:tcPr>
            <w:tcW w:type="dxa" w:w="4752"/>
          </w:tcPr>
          <w:p>
            <w:r>
              <w:t>Current source or rendition (development)</w:t>
            </w:r>
          </w:p>
        </w:tc>
      </w:tr>
      <w:tr>
        <w:tc>
          <w:tcPr>
            <w:tcW w:type="dxa" w:w="4752"/>
          </w:tcPr>
          <w:p>
            <w:r>
              <w:t>System-Specification.md</w:t>
            </w:r>
          </w:p>
        </w:tc>
        <w:tc>
          <w:tcPr>
            <w:tcW w:type="dxa" w:w="4752"/>
          </w:tcPr>
          <w:p>
            <w:r>
              <w:t>Current source or rendition (development)</w:t>
            </w:r>
          </w:p>
        </w:tc>
      </w:tr>
      <w:tr>
        <w:tc>
          <w:tcPr>
            <w:tcW w:type="dxa" w:w="4752"/>
          </w:tcPr>
          <w:p>
            <w:r>
              <w:t>Test-Plan.docx</w:t>
            </w:r>
          </w:p>
        </w:tc>
        <w:tc>
          <w:tcPr>
            <w:tcW w:type="dxa" w:w="4752"/>
          </w:tcPr>
          <w:p>
            <w:r>
              <w:t>Current source or rendition (development)</w:t>
            </w:r>
          </w:p>
        </w:tc>
      </w:tr>
      <w:tr>
        <w:tc>
          <w:tcPr>
            <w:tcW w:type="dxa" w:w="4752"/>
          </w:tcPr>
          <w:p>
            <w:r>
              <w:t>Test-Plan.html</w:t>
            </w:r>
          </w:p>
        </w:tc>
        <w:tc>
          <w:tcPr>
            <w:tcW w:type="dxa" w:w="4752"/>
          </w:tcPr>
          <w:p>
            <w:r>
              <w:t>Current source or rendition (development)</w:t>
            </w:r>
          </w:p>
        </w:tc>
      </w:tr>
      <w:tr>
        <w:tc>
          <w:tcPr>
            <w:tcW w:type="dxa" w:w="4752"/>
          </w:tcPr>
          <w:p>
            <w:r>
              <w:t>Test-Plan.md</w:t>
            </w:r>
          </w:p>
        </w:tc>
        <w:tc>
          <w:tcPr>
            <w:tcW w:type="dxa" w:w="4752"/>
          </w:tcPr>
          <w:p>
            <w:r>
              <w:t>Current source or rendition (development)</w:t>
            </w:r>
          </w:p>
        </w:tc>
      </w:tr>
      <w:tr>
        <w:tc>
          <w:tcPr>
            <w:tcW w:type="dxa" w:w="4752"/>
          </w:tcPr>
          <w:p>
            <w:r>
              <w:t>User-Guide.docx</w:t>
            </w:r>
          </w:p>
        </w:tc>
        <w:tc>
          <w:tcPr>
            <w:tcW w:type="dxa" w:w="4752"/>
          </w:tcPr>
          <w:p>
            <w:r>
              <w:t>Current source or rendition (development)</w:t>
            </w:r>
          </w:p>
        </w:tc>
      </w:tr>
      <w:tr>
        <w:tc>
          <w:tcPr>
            <w:tcW w:type="dxa" w:w="4752"/>
          </w:tcPr>
          <w:p>
            <w:r>
              <w:t>User-Guide.html</w:t>
            </w:r>
          </w:p>
        </w:tc>
        <w:tc>
          <w:tcPr>
            <w:tcW w:type="dxa" w:w="4752"/>
          </w:tcPr>
          <w:p>
            <w:r>
              <w:t>Current source or rendition (development)</w:t>
            </w:r>
          </w:p>
        </w:tc>
      </w:tr>
      <w:tr>
        <w:tc>
          <w:tcPr>
            <w:tcW w:type="dxa" w:w="4752"/>
          </w:tcPr>
          <w:p>
            <w:r>
              <w:t>User-Guide.md</w:t>
            </w:r>
          </w:p>
        </w:tc>
        <w:tc>
          <w:tcPr>
            <w:tcW w:type="dxa" w:w="4752"/>
          </w:tcPr>
          <w:p>
            <w:r>
              <w:t>Current source or rendition (development)</w:t>
            </w:r>
          </w:p>
        </w:tc>
      </w:tr>
      <w:tr>
        <w:tc>
          <w:tcPr>
            <w:tcW w:type="dxa" w:w="4752"/>
          </w:tcPr>
          <w:p>
            <w:r>
              <w:t>Verification-and-Acceptance-Plan.docx</w:t>
            </w:r>
          </w:p>
        </w:tc>
        <w:tc>
          <w:tcPr>
            <w:tcW w:type="dxa" w:w="4752"/>
          </w:tcPr>
          <w:p>
            <w:r>
              <w:t>Current source or rendition (development)</w:t>
            </w:r>
          </w:p>
        </w:tc>
      </w:tr>
      <w:tr>
        <w:tc>
          <w:tcPr>
            <w:tcW w:type="dxa" w:w="4752"/>
          </w:tcPr>
          <w:p>
            <w:r>
              <w:t>Verification-and-Acceptance-Plan.html</w:t>
            </w:r>
          </w:p>
        </w:tc>
        <w:tc>
          <w:tcPr>
            <w:tcW w:type="dxa" w:w="4752"/>
          </w:tcPr>
          <w:p>
            <w:r>
              <w:t>Current source or rendition (development)</w:t>
            </w:r>
          </w:p>
        </w:tc>
      </w:tr>
      <w:tr>
        <w:tc>
          <w:tcPr>
            <w:tcW w:type="dxa" w:w="4752"/>
          </w:tcPr>
          <w:p>
            <w:r>
              <w:t>Verification-and-Acceptance-Plan.md</w:t>
            </w:r>
          </w:p>
        </w:tc>
        <w:tc>
          <w:tcPr>
            <w:tcW w:type="dxa" w:w="4752"/>
          </w:tcPr>
          <w:p>
            <w:r>
              <w:t>Current source or rendition (development)</w:t>
            </w:r>
          </w:p>
        </w:tc>
      </w:tr>
    </w:tbl>
    <w:sectPr w:rsidR="00FC693F" w:rsidRPr="0006063C" w:rsidSect="00034616">
      <w:pgSz w:w="12240" w:h="15840"/>
      <w:pgMar w:top="1224" w:right="1368" w:bottom="1080" w:left="13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33E5B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33E5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233E5B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233E5B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